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🌾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4B2BA8"/>
          <w:sz w:val="48"/>
          <w:rtl/>
          <w:szCs w:val="48"/>
          <w:bCs/>
        </w:rPr>
        <w:t>משחקי טקסט ומשימות – גרסת נייר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🌾 חג הסיגד · תיכון – חנ״מ · חוברת תלמיד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בחוברת: בלש הטקסט · צופן סודי · דרכון תחנות · מיון וציר זמן · נחשו ובדקו · יוצא דופן · משחקי סיום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א׳ – 🕵️ הכותרת שנמחקה 📌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התיק: מה הייתה הכותרת של הפוסטר? קראו את הטקסט, ענו על שאלות הרמזים, וסמנו ✖ על כל חשוד/ה שנשלל/ה.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הטקסט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📌 בכיתה תלוי פוסטר על הסיגד. הכותרת נמחקה. בפוסטר יש ציור של הר ⛰️. על ההר עומדים אנשים יחד 👥. כולם מסתכלים לאותו כיוון. מתחת לציור כתוב: "לא בכוח. בתקווה משותפת." מה הייתה הכותרת?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החשוד/ה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תיאור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נשלל/ה? ✖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ניצחון בכוח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 שחזק יותר מוביל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🧍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כל אחד לבד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כל אדם לעצמו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🌄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חזון משותף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כולם שואפים לאותו יעד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כתוב מתחת לציור?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"רק החזק מנצח"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"לא בכוח. בתקווה משותפת"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"כל אחד לעצמו"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איך עומדים האנשים על ההר?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יחד, ומסתכלים לאותו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כל אחד במקום אחר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אין אנשים בציור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האשם/ה הוא/היא: ______________________ . הוכחה מהטקסט: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🗝️ צופן החוסן 🔐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הקטע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⛰️ בסיגד עולים להר. הקסים מובילים. הם מנהיגים בלי כוח. הם מנהיגים בעזרת אמון 🤝. הם קוראים מן האורית 📜. הם מזכירים את החזון: ירושלים ❤️. כך נשמר החוסן של הקהילה.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הצופן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רמז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המילה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🔀 נ מ א ו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להאמין שמישהו יעשה את הדבר הנכון 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________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🔢 ‏8‏ ‏- 7‏ ‏- 6‏ ‏- 14‏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תמונה של עתיד שרוצים להגיע אליו 🌄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________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🔀 ח ו ס נ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כוח לעמוד בקושי ולהמשיך 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________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🔣 מפתח: א=1 ב=2 ג=3 ד=4 ה=5 ו=6 ז=7 ח=8 ט=9 י=10 כ=11 ל=12 מ=13 נ=14 ס=15 ע=16 פ=17 צ=18 ק=19 ר=20 ש=21 ת=22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המסר הסודי לפי המורה: ____________________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ב׳ – 🗺️ דרכון התחנות: ארבע תחנות של מנהיגות 🗺️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עולים בדרך אל הפסגה ⛰️. בכל תחנה – שאלה אחת. כל תשובה נכונה – אות ✨. בכל תחנה – פתרו את המשימה וכתבו את אות הקסם שתקבלו מהמורה.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🚶 תחילת הדרך – על מה נשען כוחו של הקס?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על צבא ⚔️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על אמון 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על כסף 💰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⛰️ אמצע העלייה – הקבוצה עייפה. מה יעשה מנהיג טוב?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יעצור ויזכיר את החזון 🌄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יכעס על כולם 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ירוץ לבד קדימה 🏃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📜 הפסגה – מה קורא הקס על הפסגה?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עיתון 📰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הוראות משחק 🎲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את האורית 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🌇 המבט צפונה – מה החזון של הקהילה?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עיר גדולה באירופה 🏙️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ירושלים ❤️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אי בים 🏝️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תחנה</w:t>
            </w:r>
          </w:p>
        </w:tc>
        <w:tc>
          <w:tcPr>
            <w:tcW w:type="dxa" w:w="208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1</w:t>
            </w:r>
          </w:p>
        </w:tc>
        <w:tc>
          <w:tcPr>
            <w:tcW w:type="dxa" w:w="208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2</w:t>
            </w:r>
          </w:p>
        </w:tc>
        <w:tc>
          <w:tcPr>
            <w:tcW w:type="dxa" w:w="208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3</w:t>
            </w:r>
          </w:p>
        </w:tc>
        <w:tc>
          <w:tcPr>
            <w:tcW w:type="dxa" w:w="208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4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קסם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🚪 קוד היציאה: 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⏳🗂️ ממיינים וחושבים 🧩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סדרו טיעון קצר. מיינו: מחזק את הקבוצה או מחליש.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סדרו את הטיעון 🗣️ – מספרו לפי הסדר (1 = ראשון):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</w:t>
            </w:r>
          </w:p>
        </w:tc>
        <w:tc>
          <w:tcPr>
            <w:tcW w:type="dxa" w:w="5213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האירוע / השלב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סיכום: מנהיג טוב בונה חוסן.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טענה: הסיגד מלמד על מנהיגות.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דוגמה: הם עוצרים ומעודדים את העייפים.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נימוק: הקסים מובילים באמון.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מחזק את הקבוצה או מחליש? – סמנו ✓ בעמודה המתאימה: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כרטיס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מחזק 💪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מחליש 📉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הקשבה 👂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ויתור על החלום 😞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כל אחד לעצמו 🧍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צעקות 📢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חזון משותף 🌄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אמון 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רצועות מיון לגזירה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טענה: הסיגד מלמד על מנהיגות.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נימוק: הקסים מובילים באמון.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דוגמה: הם עוצרים ומעודדים את העייפים.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סיכום: מנהיג טוב בונה חוסן.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חזון משותף 🌄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כל אחד לעצמו 🧍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הקשבה 👂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צעקות 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אמון 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ויתור על החלום 😞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ג׳ – 🔮 נחשו ובדקו 🔮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כל קטע, הקיפו את הניבוי שלכם – ורק אז המורה תקרא את ההמשך.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קטע 1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הקהילה עולה להר ⛰️. חלק מהאנשים עייפים. הם רוצים לחזור.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יעשה הקס?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יכעס עליהם 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יעצור, יקשיב ויזכיר את החזון 🌄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ימשיך בלעדיהם 🏃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קרה באמת? ____________________________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קטע 2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על הפסגה הקס קורא בגעז. רוב האנשים לא מבינים געז.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יעשה הקס?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יתרגם לאמהרית 🗣️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יפסיק לקרוא ✋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יקרא יותר מהר 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קרה באמת? ____________________________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קטע 3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היום, בירושלים 🌇. בני הקהילה חוגגים בטיילת מול העיר.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קרה לחלום?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החלום נשכח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החלום עבר לעיר אחרת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החלום התגשם – והחג נשמר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קרה באמת? 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🧩 מי לא שייך? 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מי יוצא הדופן?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🤝 אמון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🌄 חזון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⚔️ איום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💛 תקווה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. למה?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איום מפחיד ולא מחבר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איום הוא מילה קצרה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איום שייך לספורט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מי יוצא הדופן?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🙏 צום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⛰️ עלייה להר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🎆 זיקוקים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📜 קריאה באורית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. למה?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זיקוקים יקרים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זיקוקים לא שייכים לסיגד המסורתי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זיקוקים בלילה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מי יוצא הדופן?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🌄 חזון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📜 אורית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🙏 קס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🛋️ ספה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. למה?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ספה היא רהיט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ספה נוחה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ספה בבית; השאר קשורים לסיגד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ד׳ – 🏁 משחקי סיום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🏆 טריוויה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על מה נשענה מנהיגות הקסים?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על ידע ואמון 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על צבא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על כסף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עשה החלום על ירושלים?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פירק את הקהילה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חיבר בין אנשים 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גרם לשכחה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המשפט ״כך הקהילה שמרה על הזהות שלה״ עושה?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נותן דוגמה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שואל שאלה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מסכם ומסיק 📌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מה הקשר בין תרגום לשייכות?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כשמבינים, מרגישים שייכים 💡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אין קשר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תרגום מוריד שייכות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⚡ נכון /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היגד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הקסים הובילו בעזרת ידע ואמון. 🧠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התרגום הרחיק את הצעירים. 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חלום משותף מחזק קהילה. 💛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בסיגד אוכלים לפני התפילה. 🍞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הטקס עזר לשמור על הזהות. 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היום הסיגד לא נחגג. 📅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🧱 מחסן מילים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מחסן: וגם · כי · לכן · אבל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השלימו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הקסים קראו בגעז, (1)________ תרגמו לאמהרית. הם תרגמו (2)________ רצו שכולם יבינו. (3)________ כולם הרגישו שותפים.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🔎 בלש הניסוח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בטקסט 3 שגיאות. הקיפו אותן וכתבו תיקון: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הטקסט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הקסים הוביל את הקהילה. הדרך הייתה קשה, לכן כולם המשיכו. הקריאה נמשכה שלושה שעות.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🧠 קלפי זיכרון – גזרו והתאימו מושג להגדרה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88888"/>
          <w:left w:val="dashed" w:sz="8" w:color="888888"/>
          <w:bottom w:val="dashed" w:sz="8" w:color="888888"/>
          <w:right w:val="dashed" w:sz="8" w:color="888888"/>
          <w:insideH w:val="dashed" w:sz="8" w:color="888888"/>
          <w:insideV w:val="dashed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🌾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E8590C"/>
                <w:sz w:val="24"/>
                <w:rtl/>
                <w:szCs w:val="24"/>
                <w:bCs/>
              </w:rPr>
              <w:t>סיגד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🧔🏾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7048E8"/>
                <w:sz w:val="24"/>
                <w:rtl/>
                <w:szCs w:val="24"/>
                <w:bCs/>
              </w:rPr>
              <w:t>קסים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1C7ED6"/>
                <w:sz w:val="24"/>
                <w:rtl/>
                <w:szCs w:val="24"/>
                <w:bCs/>
              </w:rPr>
              <w:t>ברית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💛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B8A3E"/>
                <w:sz w:val="24"/>
                <w:rtl/>
                <w:szCs w:val="24"/>
                <w:bCs/>
              </w:rPr>
              <w:t>כיסופים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C2255C"/>
                <w:sz w:val="24"/>
                <w:rtl/>
                <w:szCs w:val="24"/>
                <w:bCs/>
              </w:rPr>
              <w:t>חוסן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08C00"/>
                <w:sz w:val="24"/>
                <w:rtl/>
                <w:szCs w:val="24"/>
                <w:bCs/>
              </w:rPr>
              <w:t>זהות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חג של קהילת ביתא ישראל. 🌾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מנהיגים רוחניים של הקהילה. 🧔🏾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התחייבות הדדית בין צדדים. 🤝</w:t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געגועים עזים. 💛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כוח להתמודד ולהתאושש. 💪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מי אנחנו ומה חשוב לנו. 🧩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משהו אחד שלמדתי היום: 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שנשארה לי: 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🌾 חג הסיגד · תיכון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